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EA8" w:rsidRDefault="00D30B18">
      <w:pPr>
        <w:pStyle w:val="Title"/>
      </w:pPr>
      <w:bookmarkStart w:id="0" w:name="_GoBack"/>
      <w:bookmarkEnd w:id="0"/>
      <w:r>
        <w:t>Advertising Proposal – Marrakech Menara International Airport</w:t>
      </w:r>
    </w:p>
    <w:p w:rsidR="00613EA8" w:rsidRDefault="00613EA8"/>
    <w:p w:rsidR="00613EA8" w:rsidRDefault="00D30B18">
      <w:pPr>
        <w:pStyle w:val="Heading2"/>
      </w:pPr>
      <w:r>
        <w:t>Boarding – Elevator &amp; Wall Wrap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50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ing zone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 xml:space="preserve">Located at the entrance of the main boarding lounge, directly above and beside the glass elevator shaft. Highly visible from all waiting areas and traffic </w:t>
      </w:r>
      <w:r>
        <w:t>toward gates.</w:t>
      </w:r>
      <w:r>
        <w:br/>
      </w:r>
      <w:r>
        <w:br/>
        <w:t>Pack: MK-PE3</w:t>
      </w:r>
      <w:r>
        <w:br/>
        <w:t>Reference: 01.12 A &amp; B / 01.13</w:t>
      </w:r>
      <w:r>
        <w:br/>
        <w:t>Location: Boarding Lounge</w:t>
      </w:r>
      <w:r>
        <w:br/>
        <w:t>Dimensions:</w:t>
      </w:r>
      <w:r>
        <w:br/>
        <w:t>- Elevator Cage A: 3.30m x 6.00m</w:t>
      </w:r>
      <w:r>
        <w:br/>
        <w:t>- Elevator Cage B: 3.00m x 6.00m</w:t>
      </w:r>
    </w:p>
    <w:p w:rsidR="00613EA8" w:rsidRDefault="00613EA8"/>
    <w:p w:rsidR="00613EA8" w:rsidRDefault="00D30B18">
      <w:pPr>
        <w:pStyle w:val="Heading2"/>
      </w:pPr>
      <w:r>
        <w:lastRenderedPageBreak/>
        <w:t>Boarding – Escalator &amp; Opposite Wall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15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ing zone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Positioned on both the escalator rising to the boardi</w:t>
      </w:r>
      <w:r>
        <w:t>ng level and the facing wall. Ideal exposure for passengers approaching the departure gates.</w:t>
      </w:r>
      <w:r>
        <w:br/>
      </w:r>
      <w:r>
        <w:br/>
        <w:t>Pack: MK-PE3 / MK-E1</w:t>
      </w:r>
      <w:r>
        <w:br/>
        <w:t>Reference: 01.14 A &amp; B / E1.1 to E1.4</w:t>
      </w:r>
      <w:r>
        <w:br/>
        <w:t>Dimensions:</w:t>
      </w:r>
      <w:r>
        <w:br/>
        <w:t>- Escalator: 20.25m x 0.65m</w:t>
      </w:r>
      <w:r>
        <w:br/>
        <w:t>- Walkway A: 16.75m x 1.2m</w:t>
      </w:r>
      <w:r>
        <w:br/>
        <w:t>- Walkway B: 3.75m x 1.2m</w:t>
      </w:r>
    </w:p>
    <w:p w:rsidR="00613EA8" w:rsidRDefault="00613EA8"/>
    <w:p w:rsidR="00613EA8" w:rsidRDefault="00D30B18">
      <w:pPr>
        <w:pStyle w:val="Heading2"/>
      </w:pPr>
      <w:r>
        <w:lastRenderedPageBreak/>
        <w:t xml:space="preserve">Boarding </w:t>
      </w:r>
      <w:r>
        <w:t>– Escalator Wrap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3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ing zone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Key location within passenger flow zone.</w:t>
      </w:r>
      <w:r>
        <w:br/>
      </w:r>
      <w:r>
        <w:br/>
        <w:t>Pack: MK-E5</w:t>
      </w:r>
      <w:r>
        <w:br/>
        <w:t>Reference: E5.1 &amp; E5.4</w:t>
      </w:r>
      <w:r>
        <w:br/>
        <w:t>Dimensions: 20.25m x 0.65m</w:t>
      </w:r>
    </w:p>
    <w:p w:rsidR="00613EA8" w:rsidRDefault="00613EA8"/>
    <w:p w:rsidR="00613EA8" w:rsidRDefault="00D30B18">
      <w:pPr>
        <w:pStyle w:val="Heading2"/>
      </w:pPr>
      <w:r>
        <w:lastRenderedPageBreak/>
        <w:t>Boarding – Wall Panel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7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ing zone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Key location within passenger flow zone.</w:t>
      </w:r>
      <w:r>
        <w:br/>
      </w:r>
      <w:r>
        <w:br/>
        <w:t>Reference: E5.6</w:t>
      </w:r>
      <w:r>
        <w:br/>
        <w:t>Dimensions: 7.5m x 2.2m</w:t>
      </w:r>
    </w:p>
    <w:p w:rsidR="00613EA8" w:rsidRDefault="00613EA8"/>
    <w:p w:rsidR="00613EA8" w:rsidRDefault="00D30B18">
      <w:pPr>
        <w:pStyle w:val="Heading2"/>
      </w:pPr>
      <w:r>
        <w:lastRenderedPageBreak/>
        <w:t>Jet Bridges – External Pa</w:t>
      </w:r>
      <w:r>
        <w:t>nels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4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ing zone 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Exterior jet bridges viewed by all passengers boarding through these tunnels. Direct plane-side branding.</w:t>
      </w:r>
      <w:r>
        <w:br/>
      </w:r>
      <w:r>
        <w:br/>
        <w:t>Pack: MK-PS1</w:t>
      </w:r>
      <w:r>
        <w:br/>
        <w:t>Reference: P6.1 to P6.6</w:t>
      </w:r>
      <w:r>
        <w:br/>
        <w:t>Dimensions: 7m x 2.5m per jet bridge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Travelator Corridor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6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arding zone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Long panel along the arrival tra</w:t>
      </w:r>
      <w:r>
        <w:t>velator tunnel, welcoming passengers disembarking from planes toward immigration.</w:t>
      </w:r>
      <w:r>
        <w:br/>
      </w:r>
      <w:r>
        <w:br/>
        <w:t>Reference: A1 &amp; A2</w:t>
      </w:r>
      <w:r>
        <w:br/>
        <w:t>Dimensions: 2 x (60m x 0.85m)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Wall Panels (Set 1)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96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arding zone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At the key junction leading to immigration police filter, ensuring all arriving passenge</w:t>
      </w:r>
      <w:r>
        <w:t>rs pass directly by.</w:t>
      </w:r>
      <w:r>
        <w:br/>
      </w:r>
      <w:r>
        <w:br/>
        <w:t>Reference: A4 &amp; A12</w:t>
      </w:r>
      <w:r>
        <w:br/>
        <w:t>Dimensions: 4m x 2.7m each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Wall Panels (Set 2)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972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arding zone 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In the corridor funneling passengers to police and baggage zones, with uninterrupted wall space ideal for storytelling.</w:t>
      </w:r>
      <w:r>
        <w:br/>
      </w:r>
      <w:r>
        <w:br/>
        <w:t>Reference: A3, A6, A8, A10</w:t>
      </w:r>
      <w:r>
        <w:br/>
      </w:r>
      <w:r>
        <w:t>Dimensions: 4m x 2.7m each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Wall Panels (Set 3)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41317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arding zone 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In the corridor funneling passengers to police and baggage zones, with uninterrupted wall space ideal for storytelling.</w:t>
      </w:r>
      <w:r>
        <w:br/>
      </w:r>
      <w:r>
        <w:br/>
        <w:t>Reference: A13 &amp; A14</w:t>
      </w:r>
      <w:r>
        <w:br/>
        <w:t>Dimensions:</w:t>
      </w:r>
      <w:r>
        <w:br/>
        <w:t>- A13: 8.85m x 2.30m</w:t>
      </w:r>
      <w:r>
        <w:br/>
        <w:t>- A14: 5.00m x 2.3</w:t>
      </w:r>
      <w:r>
        <w:t>0m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Escalator Wraps (Set 1)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254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arding zone 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Wraps the entire escalator path where passengers descend or ascend between levels, facing directly toward foot traffic.</w:t>
      </w:r>
      <w:r>
        <w:br/>
      </w:r>
      <w:r>
        <w:br/>
        <w:t>Pack: MK-A15</w:t>
      </w:r>
      <w:r>
        <w:br/>
        <w:t>Reference: A15.1 to A15.6</w:t>
      </w:r>
      <w:r>
        <w:br/>
        <w:t>Dimensions: 6 x (12.5m x 0.64m)</w:t>
      </w:r>
    </w:p>
    <w:p w:rsidR="00613EA8" w:rsidRDefault="00613EA8"/>
    <w:p w:rsidR="00613EA8" w:rsidRDefault="00D30B18">
      <w:pPr>
        <w:pStyle w:val="Heading2"/>
      </w:pPr>
      <w:r>
        <w:lastRenderedPageBreak/>
        <w:t>Deboarding – Escalat</w:t>
      </w:r>
      <w:r>
        <w:t>or Wraps (Set 2)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16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50502_113909_M365 Copilot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Wraps the entire escalator path where passengers descend or ascend between levels, facing directly toward foot traffic.</w:t>
      </w:r>
      <w:r>
        <w:br/>
      </w:r>
      <w:r>
        <w:br/>
        <w:t>Pack: MK-A16</w:t>
      </w:r>
      <w:r>
        <w:br/>
        <w:t>Reference: A16.1 to A16.6</w:t>
      </w:r>
      <w:r>
        <w:br/>
        <w:t>Dimensions: 6 x (12.5m x 0.64m)</w:t>
      </w:r>
    </w:p>
    <w:p w:rsidR="00613EA8" w:rsidRDefault="00613EA8"/>
    <w:p w:rsidR="00613EA8" w:rsidRDefault="00D30B18">
      <w:pPr>
        <w:pStyle w:val="Heading2"/>
      </w:pPr>
      <w:r>
        <w:lastRenderedPageBreak/>
        <w:t>Passport Control – Main Entry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8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s Stamp passport area -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 xml:space="preserve">On the main </w:t>
      </w:r>
      <w:r>
        <w:t>security walls directly behind passport control scanning systems, ensuring maximum exposure during wait times.</w:t>
      </w:r>
      <w:r>
        <w:br/>
      </w:r>
      <w:r>
        <w:br/>
        <w:t>Pack: MK-P1</w:t>
      </w:r>
      <w:r>
        <w:br/>
        <w:t>Reference: P1.1 &amp; P1.2</w:t>
      </w:r>
      <w:r>
        <w:br/>
        <w:t>Dimensions:</w:t>
      </w:r>
      <w:r>
        <w:br/>
        <w:t>- Right: 14.2m x 2.6m</w:t>
      </w:r>
      <w:r>
        <w:br/>
        <w:t>- Left: 16.2m x 2.6m</w:t>
      </w:r>
    </w:p>
    <w:p w:rsidR="00613EA8" w:rsidRDefault="00613EA8"/>
    <w:p w:rsidR="00613EA8" w:rsidRDefault="00D30B18">
      <w:pPr>
        <w:pStyle w:val="Heading2"/>
      </w:pPr>
      <w:r>
        <w:lastRenderedPageBreak/>
        <w:t>Passport Control – Queue Panels (Set 1)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40393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s stamp passport area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Panels flan</w:t>
      </w:r>
      <w:r>
        <w:t>k the line divider paths for outbound passport checks, seen by every departing traveler.</w:t>
      </w:r>
      <w:r>
        <w:br/>
      </w:r>
      <w:r>
        <w:br/>
        <w:t>Pack: MK-P2</w:t>
      </w:r>
      <w:r>
        <w:br/>
        <w:t>Reference: P2.1 &amp; P2.2</w:t>
      </w:r>
      <w:r>
        <w:br/>
        <w:t>Dimensions: 2.90m x 2.40m each</w:t>
      </w:r>
    </w:p>
    <w:p w:rsidR="00613EA8" w:rsidRDefault="00613EA8"/>
    <w:p w:rsidR="00613EA8" w:rsidRDefault="00D30B18">
      <w:pPr>
        <w:pStyle w:val="Heading2"/>
      </w:pPr>
      <w:r>
        <w:lastRenderedPageBreak/>
        <w:t>Passport Control – Queue Panels (Set 2)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40651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s stamp passport zone 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Panels flank the line divider paths for outbound passport</w:t>
      </w:r>
      <w:r>
        <w:t xml:space="preserve"> checks, seen by every departing traveler.</w:t>
      </w:r>
      <w:r>
        <w:br/>
      </w:r>
      <w:r>
        <w:br/>
        <w:t>Pack: MK-FD1</w:t>
      </w:r>
      <w:r>
        <w:br/>
        <w:t>Reference: FD1 to FD7</w:t>
      </w:r>
      <w:r>
        <w:br/>
        <w:t>Dimensions: 7 panels of 4.3m x 2.5m or one 32m x 2.5m</w:t>
      </w:r>
    </w:p>
    <w:p w:rsidR="00613EA8" w:rsidRDefault="00613EA8"/>
    <w:p w:rsidR="00613EA8" w:rsidRDefault="00D30B18">
      <w:pPr>
        <w:pStyle w:val="Heading2"/>
      </w:pPr>
      <w:r>
        <w:lastRenderedPageBreak/>
        <w:t>Passport Control – Booth Wall Panels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4023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s stamp passport zone 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At the exit point of police stamp booths, visible throughout queue and check areas.</w:t>
      </w:r>
      <w:r>
        <w:br/>
      </w:r>
      <w:r>
        <w:br/>
        <w:t>Pack: MK-FD1</w:t>
      </w:r>
      <w:r>
        <w:br/>
        <w:t>Reference: FD8 to FD14</w:t>
      </w:r>
      <w:r>
        <w:br/>
        <w:t>Dimensions:</w:t>
      </w:r>
      <w:r>
        <w:br/>
        <w:t>- 5 panels of 4.3m x 2.1m or one 9m x 2.1m</w:t>
      </w:r>
      <w:r>
        <w:br/>
        <w:t>- Elevator wrap: 3.3m x 6.2m</w:t>
      </w:r>
    </w:p>
    <w:p w:rsidR="00613EA8" w:rsidRDefault="00613EA8"/>
    <w:p w:rsidR="00613EA8" w:rsidRDefault="00D30B18">
      <w:pPr>
        <w:pStyle w:val="Heading2"/>
      </w:pPr>
      <w:r>
        <w:lastRenderedPageBreak/>
        <w:t>Exit Zone – Main Panels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422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 zone 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 xml:space="preserve">Installed at the exit tunnel just before terminal departure. High visibility during last moments in </w:t>
      </w:r>
      <w:r>
        <w:t>terminal.</w:t>
      </w:r>
      <w:r>
        <w:br/>
      </w:r>
      <w:r>
        <w:br/>
        <w:t>Reference: S1.2 &amp; S1.3</w:t>
      </w:r>
      <w:r>
        <w:br/>
        <w:t>Dimensions:</w:t>
      </w:r>
      <w:r>
        <w:br/>
        <w:t>- S1.2: 11.60m x 3.15m</w:t>
      </w:r>
      <w:r>
        <w:br/>
        <w:t>- S1.3: 11.30m x 3.10m</w:t>
      </w:r>
    </w:p>
    <w:p w:rsidR="00613EA8" w:rsidRDefault="00613EA8"/>
    <w:p w:rsidR="00613EA8" w:rsidRDefault="00D30B18">
      <w:pPr>
        <w:pStyle w:val="Heading2"/>
      </w:pPr>
      <w:r>
        <w:lastRenderedPageBreak/>
        <w:t>Public Hall – Glass Panels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881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 zone 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Central atrium of the terminal before security checks, visible to all public guests and greeters.</w:t>
      </w:r>
      <w:r>
        <w:br/>
      </w:r>
      <w:r>
        <w:br/>
        <w:t>Reference: P8.1 to P8.3</w:t>
      </w:r>
      <w:r>
        <w:br/>
        <w:t>Dimensions:</w:t>
      </w:r>
      <w:r>
        <w:br/>
        <w:t>- 7 panels left: 1.90m x 3m</w:t>
      </w:r>
      <w:r>
        <w:br/>
        <w:t>- 7 panels right: 1.90m x 3m</w:t>
      </w:r>
      <w:r>
        <w:br/>
        <w:t>- 7 panels middle: 1.90m x 3m</w:t>
      </w:r>
    </w:p>
    <w:p w:rsidR="00613EA8" w:rsidRDefault="00613EA8"/>
    <w:p w:rsidR="00613EA8" w:rsidRDefault="00D30B18">
      <w:pPr>
        <w:pStyle w:val="Heading2"/>
      </w:pPr>
      <w:r>
        <w:lastRenderedPageBreak/>
        <w:t>Luggage – Opposite Wall Panels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01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gage zone 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Key location within passenger flow zone.</w:t>
      </w:r>
      <w:r>
        <w:br/>
      </w:r>
      <w:r>
        <w:br/>
        <w:t>Pack: B3.5 - B3.6</w:t>
      </w:r>
      <w:r>
        <w:br/>
        <w:t>Dimensions:</w:t>
      </w:r>
      <w:r>
        <w:br/>
        <w:t>- 2.90m x 1.95m</w:t>
      </w:r>
      <w:r>
        <w:br/>
        <w:t>- 3.70m x 1.95m</w:t>
      </w:r>
    </w:p>
    <w:p w:rsidR="00613EA8" w:rsidRDefault="00613EA8"/>
    <w:p w:rsidR="00613EA8" w:rsidRDefault="00D30B18">
      <w:pPr>
        <w:pStyle w:val="Heading2"/>
      </w:pPr>
      <w:r>
        <w:lastRenderedPageBreak/>
        <w:t>Interior Dome Wall Wrap</w:t>
      </w:r>
    </w:p>
    <w:p w:rsidR="00613EA8" w:rsidRDefault="00D30B18">
      <w:r>
        <w:rPr>
          <w:noProof/>
          <w:lang w:val="en-IN" w:eastAsia="en-IN"/>
        </w:rPr>
        <w:drawing>
          <wp:inline distT="0" distB="0" distL="0" distR="0">
            <wp:extent cx="5486400" cy="3942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gage zone 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EA8" w:rsidRDefault="00D30B18">
      <w:r>
        <w:t>Cen</w:t>
      </w:r>
      <w:r>
        <w:t>trally located opposite luggage belts inside the architectural dome, with panoramic visibility.</w:t>
      </w:r>
      <w:r>
        <w:br/>
      </w:r>
      <w:r>
        <w:br/>
        <w:t>Pack: B8</w:t>
      </w:r>
      <w:r>
        <w:br/>
        <w:t>Location: Facing luggage belts</w:t>
      </w:r>
      <w:r>
        <w:br/>
        <w:t>Dimensions: 40m x 2.4m</w:t>
      </w:r>
    </w:p>
    <w:p w:rsidR="00613EA8" w:rsidRDefault="00613EA8"/>
    <w:sectPr w:rsidR="00613EA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13EA8"/>
    <w:rsid w:val="00AA1D8D"/>
    <w:rsid w:val="00B47730"/>
    <w:rsid w:val="00CB0664"/>
    <w:rsid w:val="00D30B1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78562E6-1577-4A86-9EEA-B51EB919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23A296-049B-4B3E-8FBB-4450F588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generated by python-docx</dc:description>
  <cp:lastModifiedBy>Microsoft account</cp:lastModifiedBy>
  <cp:revision>3</cp:revision>
  <dcterms:created xsi:type="dcterms:W3CDTF">2013-12-23T23:15:00Z</dcterms:created>
  <dcterms:modified xsi:type="dcterms:W3CDTF">2025-05-05T10:28:00Z</dcterms:modified>
  <cp:category/>
</cp:coreProperties>
</file>